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0"/>
        <w:jc w:val="center"/>
      </w:pPr>
      <w:r>
        <w:rPr>
          <w:b/>
          <w:color w:val="1F3864"/>
          <w:sz w:val="60"/>
        </w:rPr>
        <w:t>BUSINESSPLAN</w:t>
      </w:r>
    </w:p>
    <w:p>
      <w:pPr>
        <w:jc w:val="center"/>
      </w:pPr>
      <w:r>
        <w:rPr>
          <w:color w:val="4472C4"/>
          <w:sz w:val="28"/>
        </w:rPr>
        <w:t>Vorlage – KMU Navigation</w:t>
      </w:r>
    </w:p>
    <w:p>
      <w:pPr>
        <w:spacing w:before="360"/>
        <w:jc w:val="center"/>
      </w:pPr>
      <w:r>
        <w:rPr>
          <w:sz w:val="24"/>
        </w:rPr>
        <w:t>Firmenname: ____________________________</w:t>
      </w:r>
    </w:p>
    <w:p>
      <w:pPr>
        <w:spacing w:before="360"/>
        <w:jc w:val="center"/>
      </w:pPr>
      <w:r>
        <w:rPr>
          <w:sz w:val="24"/>
        </w:rPr>
        <w:t>Ort, Datum: ____________________________</w:t>
      </w:r>
    </w:p>
    <w:p>
      <w:pPr>
        <w:spacing w:before="360"/>
        <w:jc w:val="center"/>
      </w:pPr>
      <w:r>
        <w:rPr>
          <w:sz w:val="24"/>
        </w:rPr>
        <w:t>Ansprechperson: ____________________________</w:t>
      </w:r>
    </w:p>
    <w:p>
      <w:pPr>
        <w:spacing w:before="1000"/>
        <w:jc w:val="center"/>
      </w:pPr>
      <w:r>
        <w:rPr>
          <w:i/>
          <w:color w:val="6C757D"/>
          <w:sz w:val="18"/>
        </w:rPr>
        <w:t>MUSTER – dient als Arbeitsvorlage. Passen Sie Inhalt und Umfang an Ihre Situation an.</w:t>
        <w:br/>
      </w:r>
      <w:r>
        <w:rPr>
          <w:i/>
          <w:color w:val="6C757D"/>
          <w:sz w:val="18"/>
        </w:rPr>
        <w:t>Ein Produkt von KMU Navigation · B managed GmbH · kmunavigation.ch</w:t>
      </w:r>
    </w:p>
    <w:p>
      <w:r>
        <w:br w:type="page"/>
      </w:r>
    </w:p>
    <w:p>
      <w:pPr>
        <w:pStyle w:val="Heading1"/>
      </w:pPr>
      <w:r>
        <w:t>Inhalt</w:t>
      </w:r>
    </w:p>
    <w:p>
      <w:pPr>
        <w:pStyle w:val="ListBullet"/>
      </w:pPr>
      <w:r>
        <w:t>1. Zusammenfassung (Executive Summary)</w:t>
      </w:r>
    </w:p>
    <w:p>
      <w:pPr>
        <w:pStyle w:val="ListBullet"/>
      </w:pPr>
      <w:r>
        <w:t>2. Geschäftsidee &amp; Angebot</w:t>
      </w:r>
    </w:p>
    <w:p>
      <w:pPr>
        <w:pStyle w:val="ListBullet"/>
      </w:pPr>
      <w:r>
        <w:t>3. Gründerteam</w:t>
      </w:r>
    </w:p>
    <w:p>
      <w:pPr>
        <w:pStyle w:val="ListBullet"/>
      </w:pPr>
      <w:r>
        <w:t>4. Markt &amp; Wettbewerb</w:t>
      </w:r>
    </w:p>
    <w:p>
      <w:pPr>
        <w:pStyle w:val="ListBullet"/>
      </w:pPr>
      <w:r>
        <w:t>5. Marketing &amp; Vertrieb</w:t>
      </w:r>
    </w:p>
    <w:p>
      <w:pPr>
        <w:pStyle w:val="ListBullet"/>
      </w:pPr>
      <w:r>
        <w:t>6. Organisation &amp; Rechtsform</w:t>
      </w:r>
    </w:p>
    <w:p>
      <w:pPr>
        <w:pStyle w:val="ListBullet"/>
      </w:pPr>
      <w:r>
        <w:t>7. Chancen &amp; Risiken</w:t>
      </w:r>
    </w:p>
    <w:p>
      <w:pPr>
        <w:pStyle w:val="ListBullet"/>
      </w:pPr>
      <w:r>
        <w:t>8. Finanzplanung</w:t>
      </w:r>
    </w:p>
    <w:p>
      <w:pPr>
        <w:pStyle w:val="ListBullet"/>
      </w:pPr>
      <w:r>
        <w:t>9. Meilensteine &amp; Zeitplan</w:t>
      </w:r>
    </w:p>
    <w:p>
      <w:pPr>
        <w:pStyle w:val="ListBullet"/>
      </w:pPr>
      <w:r>
        <w:t>Anhang</w:t>
      </w:r>
    </w:p>
    <w:p>
      <w:r>
        <w:br w:type="page"/>
      </w:r>
    </w:p>
    <w:p>
      <w:pPr>
        <w:pStyle w:val="Heading1"/>
      </w:pPr>
      <w:r>
        <w:t>1. Zusammenfassung (Executive Summary)</w:t>
      </w:r>
    </w:p>
    <w:p>
      <w:r>
        <w:t>Fassen Sie Ihre Geschäftsidee auf einer halben Seite zusammen – das Wichtigste zuerst, denn dieser Teil wird oft zuerst (und manchmal einzig) gelesen.</w:t>
      </w:r>
    </w:p>
    <w:p>
      <w:pPr>
        <w:spacing w:before="80" w:after="200"/>
      </w:pPr>
      <w:r>
        <w:rPr>
          <w:i/>
          <w:color w:val="6C757D"/>
          <w:sz w:val="20"/>
        </w:rPr>
        <w:t>Leitfragen: Was bieten Sie an? Wem? Was ist das Besondere daran? Wie viel Kapital brauchen Sie, und wofür?</w:t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/>
    <w:p>
      <w:pPr>
        <w:pStyle w:val="Heading1"/>
      </w:pPr>
      <w:r>
        <w:t>2. Geschäftsidee &amp; Angebot</w:t>
      </w:r>
    </w:p>
    <w:p>
      <w:r>
        <w:t>Beschreiben Sie Produkt oder Dienstleistung im Detail.</w:t>
      </w:r>
    </w:p>
    <w:p>
      <w:pPr>
        <w:spacing w:before="80" w:after="200"/>
      </w:pPr>
      <w:r>
        <w:rPr>
          <w:i/>
          <w:color w:val="6C757D"/>
          <w:sz w:val="20"/>
        </w:rPr>
        <w:t>Leitfragen: Welches Problem lösen Sie? Was ist Ihr Nutzenversprechen? Was unterscheidet Sie von bestehenden Angeboten? In welchem Entwicklungsstadium ist das Angebot heute?</w:t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/>
    <w:p>
      <w:pPr>
        <w:pStyle w:val="Heading1"/>
      </w:pPr>
      <w:r>
        <w:t>3. Gründerteam</w:t>
      </w:r>
    </w:p>
    <w:p>
      <w:r>
        <w:t>Stellen Sie sich und Ihr Team vor.</w:t>
      </w:r>
    </w:p>
    <w:p>
      <w:pPr>
        <w:spacing w:before="80" w:after="200"/>
      </w:pPr>
      <w:r>
        <w:rPr>
          <w:i/>
          <w:color w:val="6C757D"/>
          <w:sz w:val="20"/>
        </w:rPr>
        <w:t>Leitfragen: Welche Ausbildung, Erfahrung und Kontakte bringen Sie mit? Wer übernimmt welche Rolle? Gibt es Lücken im Team, die noch gefüllt werden müssen (z. B. Verkauf, Technik, Finanzen)?</w:t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/>
    <w:p>
      <w:pPr>
        <w:pStyle w:val="Heading1"/>
      </w:pPr>
      <w:r>
        <w:t>4. Markt &amp; Wettbewerb</w:t>
      </w:r>
    </w:p>
    <w:p>
      <w:r>
        <w:t>Zeigen Sie, dass Sie Ihren Markt kennen.</w:t>
      </w:r>
    </w:p>
    <w:p>
      <w:pPr>
        <w:spacing w:before="80" w:after="200"/>
      </w:pPr>
      <w:r>
        <w:rPr>
          <w:i/>
          <w:color w:val="6C757D"/>
          <w:sz w:val="20"/>
        </w:rPr>
        <w:t>Leitfragen: Wie gross ist der Zielmarkt? Wer sind Ihre Kundinnen und Kunden genau? Wer sind die wichtigsten Mitbewerber, und wie positionieren Sie sich dazu? Welche Trends beeinflussen den Markt?</w:t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/>
    <w:p>
      <w:pPr>
        <w:pStyle w:val="Heading1"/>
      </w:pPr>
      <w:r>
        <w:t>5. Marketing &amp; Vertrieb</w:t>
      </w:r>
    </w:p>
    <w:p>
      <w:r>
        <w:t>Wie gewinnen und halten Sie Kundschaft?</w:t>
      </w:r>
    </w:p>
    <w:p>
      <w:pPr>
        <w:spacing w:before="80" w:after="200"/>
      </w:pPr>
      <w:r>
        <w:rPr>
          <w:i/>
          <w:color w:val="6C757D"/>
          <w:sz w:val="20"/>
        </w:rPr>
        <w:t>Leitfragen: Über welche Kanäle erreichen Sie Ihre Zielgruppe (online/offline)? Wie sieht Ihre Preisstrategie aus? Welches Budget steht für Marketing zur Verfügung, und was ist der geplante erste Schritt nach dem Start?</w:t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/>
    <w:p>
      <w:pPr>
        <w:pStyle w:val="Heading1"/>
      </w:pPr>
      <w:r>
        <w:t>6. Organisation &amp; Rechtsform</w:t>
      </w:r>
    </w:p>
    <w:p>
      <w:r>
        <w:t>Wie ist das Unternehmen strukturiert?</w:t>
      </w:r>
    </w:p>
    <w:p>
      <w:pPr>
        <w:spacing w:before="80" w:after="200"/>
      </w:pPr>
      <w:r>
        <w:rPr>
          <w:i/>
          <w:color w:val="6C757D"/>
          <w:sz w:val="20"/>
        </w:rPr>
        <w:t>Leitfragen: Welche Rechtsform haben Sie gewählt und warum? Wie ist die Aufgabenteilung geregelt? Brauchen Sie Personal, und wenn ja, wann und in welcher Funktion?</w:t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/>
    <w:p>
      <w:pPr>
        <w:pStyle w:val="Heading1"/>
      </w:pPr>
      <w:r>
        <w:t>7. Chancen &amp; Risiken</w:t>
      </w:r>
    </w:p>
    <w:p>
      <w:r>
        <w:t>Eine ehrliche Einschätzung stärkt Ihre Glaubwürdigkeit.</w:t>
      </w:r>
    </w:p>
    <w:p>
      <w:pPr>
        <w:spacing w:before="80" w:after="200"/>
      </w:pPr>
      <w:r>
        <w:rPr>
          <w:i/>
          <w:color w:val="6C757D"/>
          <w:sz w:val="20"/>
        </w:rPr>
        <w:t>Leitfragen: Was sind die drei grössten Risiken für Ihr Vorhaben, und wie begegnen Sie ihnen? Welche Chancen könnten sich zusätzlich ergeben (z. B. neue Marktsegmente, Partnerschaften)?</w:t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/>
    <w:p>
      <w:pPr>
        <w:pStyle w:val="Heading1"/>
      </w:pPr>
      <w:r>
        <w:t>8. Finanzplanung</w:t>
      </w:r>
    </w:p>
    <w:p>
      <w:r>
        <w:t>Fassen Sie hier die wichtigsten Zahlen aus Ihrem separaten Finanzplan zusammen (siehe «Vorlage Finanzplan»): Kapitalbedarf, Liquiditätsvorschau und geplante Rentabilität.</w:t>
      </w:r>
    </w:p>
    <w:p>
      <w:pPr>
        <w:spacing w:before="80" w:after="200"/>
      </w:pPr>
      <w:r>
        <w:rPr>
          <w:i/>
          <w:color w:val="6C757D"/>
          <w:sz w:val="20"/>
        </w:rPr>
        <w:t>Leitfragen: Wie hoch ist der Kapitalbedarf für die ersten 12 Monate? Wie wird er finanziert (Eigen-/Fremdkapital)? Ab wann rechnen Sie mit einem positiven Ergebnis?</w:t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/>
    <w:p>
      <w:pPr>
        <w:pStyle w:val="Heading1"/>
      </w:pPr>
      <w:r>
        <w:t>9. Meilensteine &amp; Zeitplan</w:t>
      </w:r>
    </w:p>
    <w:p>
      <w:r>
        <w:t>Listen Sie die wichtigsten Etappen mit Zieldatum auf (z. B. Gründung, erste Kundin/erster Kunde, Break-even).</w:t>
      </w:r>
    </w:p>
    <w:p>
      <w:pPr>
        <w:spacing w:before="80" w:after="200"/>
      </w:pPr>
      <w:r>
        <w:rPr>
          <w:i/>
          <w:color w:val="6C757D"/>
          <w:sz w:val="20"/>
        </w:rPr>
        <w:t>Leitfragen: Was muss bis wann erledigt sein, damit der Start gelingt?</w:t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>
      <w:pPr>
        <w:spacing w:after="0" w:before="0"/>
      </w:pPr>
      <w:r>
        <w:rPr>
          <w:sz w:val="12"/>
        </w:rPr>
      </w:r>
    </w:p>
    <w:p>
      <w:pPr>
        <w:spacing w:after="40"/>
        <w:pBdr>
          <w:bottom w:val="single" w:sz="4" w:space="1" w:color="C0C0C0"/>
        </w:pBdr>
      </w:pPr>
    </w:p>
    <w:p/>
    <w:p>
      <w:pPr>
        <w:pStyle w:val="Heading1"/>
      </w:pPr>
      <w:r>
        <w:t>Anhang</w:t>
      </w:r>
    </w:p>
    <w:p>
      <w:r>
        <w:t>Ergänzende Unterlagen, auf die im Businessplan verwiesen wird, z. B. Finanzplan, Lebensläufe des Gründerteams, Marktstudien, Referenzen, Muster-Verträge, Produktfotos oder technische Unterlagen.</w:t>
      </w:r>
    </w:p>
    <w:sectPr w:rsidR="00FC693F" w:rsidRPr="0006063C" w:rsidSect="00034616">
      <w:pgSz w:w="12240" w:h="15840"/>
      <w:pgMar w:top="1440" w:right="1247" w:bottom="144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